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F97316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🐣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F97316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משחקי חשיבה לכיתה – א׳–ב׳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א׳–ב׳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F97316"/>
          <w:sz w:val="36"/>
          <w:rtl w:val="1"/>
          <w:bCs/>
          <w:szCs w:val="36"/>
        </w:rPr>
        <w:t>📗 חוברת מלאה: מהדורה למורה + דפי תלמיד/ה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ttop">
        <w:r>
          <w:rPr>
            <w:rtl w:val="1"/>
            <w:u w:val="single"/>
            <w:color w:val="1E40AF"/>
          </w:rPr>
          <w:t xml:space="preserve">• 👩‍🏫 מהדורה למורה</w:t>
        </w:r>
      </w:hyperlink>
    </w:p>
    <w:p>
      <w:pPr>
        <w:bidi w:val="1"/>
        <w:jc w:val="right"/>
      </w:pPr>
      <w:hyperlink w:anchor="tkA">
        <w:r>
          <w:rPr>
            <w:rtl w:val="1"/>
            <w:u w:val="single"/>
            <w:color w:val="1E40AF"/>
          </w:rPr>
          <w:t xml:space="preserve">• מפתח – חלק א׳</w:t>
        </w:r>
      </w:hyperlink>
    </w:p>
    <w:p>
      <w:pPr>
        <w:bidi w:val="1"/>
        <w:jc w:val="right"/>
      </w:pPr>
      <w:hyperlink w:anchor="tkB">
        <w:r>
          <w:rPr>
            <w:rtl w:val="1"/>
            <w:u w:val="single"/>
            <w:color w:val="1E40AF"/>
          </w:rPr>
          <w:t xml:space="preserve">• מפתח – חלק ב׳</w:t>
        </w:r>
      </w:hyperlink>
    </w:p>
    <w:p>
      <w:pPr>
        <w:bidi w:val="1"/>
        <w:jc w:val="right"/>
      </w:pPr>
      <w:hyperlink w:anchor="tkC">
        <w:r>
          <w:rPr>
            <w:rtl w:val="1"/>
            <w:u w:val="single"/>
            <w:color w:val="1E40AF"/>
          </w:rPr>
          <w:t xml:space="preserve">• מפתח – חלק ג׳</w:t>
        </w:r>
      </w:hyperlink>
    </w:p>
    <w:p>
      <w:pPr>
        <w:bidi w:val="1"/>
        <w:jc w:val="right"/>
      </w:pPr>
      <w:hyperlink w:anchor="stop">
        <w:r>
          <w:rPr>
            <w:rtl w:val="1"/>
            <w:u w:val="single"/>
            <w:color w:val="1E40AF"/>
          </w:rPr>
          <w:t xml:space="preserve">• דפי התלמיד/ה</w:t>
        </w:r>
      </w:hyperlink>
    </w:p>
    <w:p>
      <w:pPr>
        <w:bidi w:val="1"/>
        <w:jc w:val="right"/>
      </w:pPr>
      <w:hyperlink w:anchor="sA">
        <w:r>
          <w:rPr>
            <w:rtl w:val="1"/>
            <w:u w:val="single"/>
            <w:color w:val="1E40AF"/>
          </w:rPr>
          <w:t xml:space="preserve">• חלק א׳</w:t>
        </w:r>
      </w:hyperlink>
    </w:p>
    <w:p>
      <w:pPr>
        <w:bidi w:val="1"/>
        <w:jc w:val="right"/>
      </w:pPr>
      <w:hyperlink w:anchor="sB">
        <w:r>
          <w:rPr>
            <w:rtl w:val="1"/>
            <w:u w:val="single"/>
            <w:color w:val="1E40AF"/>
          </w:rPr>
          <w:t xml:space="preserve">• חלק ב׳</w:t>
        </w:r>
      </w:hyperlink>
    </w:p>
    <w:p>
      <w:pPr>
        <w:bidi w:val="1"/>
        <w:jc w:val="right"/>
      </w:pPr>
      <w:hyperlink w:anchor="sC">
        <w:r>
          <w:rPr>
            <w:rtl w:val="1"/>
            <w:u w:val="single"/>
            <w:color w:val="1E40AF"/>
          </w:rPr>
          <w:t xml:space="preserve">• חלק ג׳</w:t>
        </w:r>
      </w:hyperlink>
    </w:p>
    <w:p>
      <w:pPr>
        <w:bidi w:val="1"/>
        <w:jc w:val="right"/>
      </w:pPr>
      <w:hyperlink w:anchor="sE">
        <w:r>
          <w:rPr>
            <w:rtl w:val="1"/>
            <w:u w:val="single"/>
            <w:color w:val="1E40AF"/>
          </w:rPr>
          <w:t xml:space="preserve">• חדר בריחה</w:t>
        </w:r>
      </w:hyperlink>
    </w:p>
    <w:p>
      <w:pPr>
        <w:bidi w:val="1"/>
        <w:jc w:val="right"/>
      </w:pPr>
      <w:hyperlink w:anchor="sW">
        <w:r>
          <w:rPr>
            <w:rtl w:val="1"/>
            <w:u w:val="single"/>
            <w:color w:val="1E40AF"/>
          </w:rPr>
          <w:t xml:space="preserve">• חידה משלי</w:t>
        </w:r>
      </w:hyperlink>
    </w:p>
    <w:p>
      <w:pPr>
        <w:pStyle w:val="Heading1"/>
        <w:bidi w:val="1"/>
        <w:jc w:val="right"/>
      </w:pPr>
      <w:bookmarkStart w:id="17863" w:name="ttop"/>
      <w:r>
        <w:rPr>
          <w:rFonts w:ascii="Arial" w:hAnsi="Arial" w:cs="Arial"/>
          <w:b/>
          <w:color w:val="F97316"/>
          <w:sz w:val="40"/>
          <w:rtl w:val="1"/>
          <w:bCs/>
          <w:szCs w:val="40"/>
        </w:rPr>
        <w:t>👩‍🏫 מהדורה למורה</w:t>
      </w:r>
      <w:bookmarkEnd w:id="17863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המהדורה למורה מרכזת מטרות, הצעה להפעלה ומפתחות תשובות מלאים לרמה זו. דפי התלמיד/ה מופיעים אחריה, בעמודים נפרדים.</w:t>
      </w:r>
    </w:p>
    <w:p>
      <w:pPr>
        <w:pStyle w:val="Heading2"/>
        <w:bidi w:val="1"/>
        <w:jc w:val="right"/>
      </w:pPr>
      <w:bookmarkStart w:id="18057" w:name="tgoal"/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🎯 מטרות והפעלה</w:t>
      </w:r>
      <w:bookmarkEnd w:id="18057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תרגול חשיבה לוגית וכמותית, הסקה ואוצר מילים.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היכרות עם מקומות, טבע, שפה ומורשת בישראל.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עבודת צוות, הקשבה ורוח ספורטיבית.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פותחים במחשב הכיתה את האתר chidot-trivia.sites.tab.bot ובוחרים את הרמה.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מצב 'כיתה / מקרן' – 2–4 קבוצות; מצב 'יחידים' – כוכבים במכשיר אישי.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מחלקים את דפי התלמיד/ה; אחרי כל חלק בודקים יחד עם מפתח התשובות.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מסיימים בכרטיס היציאה.</w:t>
      </w:r>
    </w:p>
    <w:p>
      <w:pPr>
        <w:pStyle w:val="Heading2"/>
        <w:bidi w:val="1"/>
        <w:jc w:val="right"/>
      </w:pPr>
      <w:bookmarkStart w:id="50865" w:name="tkA"/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🔑 מפתח – חלק א׳: ששי ישראלי</w:t>
      </w:r>
      <w:bookmarkEnd w:id="50865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F9731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#</w:t>
            </w:r>
          </w:p>
        </w:tc>
        <w:tc>
          <w:tcPr>
            <w:tcW w:type="dxa" w:w="2551"/>
            <w:shd w:val="clear" w:fill="F9731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השאלה</w:t>
            </w:r>
          </w:p>
        </w:tc>
        <w:tc>
          <w:tcPr>
            <w:tcW w:type="dxa" w:w="2551"/>
            <w:shd w:val="clear" w:fill="F9731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התשובה</w:t>
            </w:r>
          </w:p>
        </w:tc>
        <w:tc>
          <w:tcPr>
            <w:tcW w:type="dxa" w:w="2551"/>
            <w:shd w:val="clear" w:fill="F9731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מָה הַצְּבָעִים שֶׁל דֶּגֶל יִשְׂרָאֵל?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🔵 כָּחֹל וְלָבָן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לדגל ישראל שני פסים כחולים ומגן דוד כחול על רקע לבן.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אֵיזֶה פְּרִי טוֹבְלִים בִּדְבַשׁ בְּרֹאשׁ הַשָּׁנָה?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🍎 תַּפּוּחַ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טובלים תפוח בדבש ומאחלים שנה טובה ומתוקה.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בְּאֵיזֶה חַג מַדְלִיקִים נֵרוֹת בַּחֲנֻכִּיָּה?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חֲנֻכָּה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בחנוכה מדליקים בכל ערב עוד נר, במשך שמונה ערבים.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אֵיזֶה יָם נִמְצָא לְיַד הָעִיר אֵילַת?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🐠 הַיָּם הָאָדֹם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אילת שוכנת בדרום הארץ, על חוף הים האדום, ויש בו שוניות אלמוגים צבעוניות.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בְּאֵיזֶה חַג מִתְחַפְּשִׂים?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🎭 פּוּרִים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בפורים מתחפשים, שולחים משלוחי מנות ושומעים את מגילת אסתר.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6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מָה אוֹכְלִים בְּפֶסַח בִּמְקוֹם לֶחֶם?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🫓 מַצָּה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בפסח אוכלים מצה, לזכר יציאת מצרים, כשלא היה זמן שהבצק יתפח.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7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אֵיזֶה פֶּרַח אָדֹם פּוֹרֵחַ בַּחֹרֶף בַּשָּׂדוֹת שֶׁל יִשְׂרָאֵל?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🌺 כַּלָּנִית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הכלנית האדומה פורחת בחורף ובתחילת האביב, והיא נבחרה לפרח הלאומי של ישראל.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8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אֵיזוֹ צִפּוֹר נִבְחֲרָה לְצִפּוֹר שֶׁל יִשְׂרָאֵל?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🐦 דּוּכִיפַת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הדוכיפת, עם הכרבולת היפה על הראש, נבחרה לציפור הלאומית של ישראל.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9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כַּמָּה אוֹתִיּוֹת יֵשׁ בָּאָלֶף-בֵּית הָעִבְרִי?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באלף-בית יש 22 אותיות, מ־א׳ ועד ת׳ (בלי האותיות הסופיות).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בְּאֵיזֶה חַג יוֹשְׁבִים בַּסֻּכָּה?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🛖 סֻכּוֹת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בחג סוכות בונים סוכה עם סכך, ואוכלים בה במשך החג.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בְּאֵיזוֹ עִיר נִמְצָא הַכֹּתֶל הַמַּעֲרָבִי?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יְרוּשָׁלַיִם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הכותל המערבי נמצא בעיר העתיקה בירושלים, והוא שריד עתיק מימי בית המקדש.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אֵיזוֹ חַיָּה עִם דַּבֶּשֶׁת הוֹלֶכֶת בַּמִּדְבָּר?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🐪 גָּמָל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הגמל מתאים למדבר: הוא יכול ללכת זמן רב בלי לשתות.</w:t>
            </w:r>
          </w:p>
        </w:tc>
      </w:tr>
    </w:tbl>
    <w:p>
      <w:pPr>
        <w:pStyle w:val="Heading2"/>
        <w:bidi w:val="1"/>
        <w:jc w:val="right"/>
      </w:pPr>
      <w:bookmarkStart w:id="96537" w:name="tkB"/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🔑 מפתח – חלק ב׳: חידות ואחוזים</w:t>
      </w:r>
      <w:bookmarkEnd w:id="96537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🐔 רַגְלַיִם בֶּחָצֵר – ✅ 8 רגליים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לכל תרנגולת 2 רגליים: 2 × 2 = 4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לכלב 4 רגליים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4 + 4 = 8 רגליים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🐸 קְפִיצוֹת שֶׁל צְפַרְדֵּעַ – ✅ 10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בכל קפיצה המספר גדל ב-2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8 + 2 = 10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🎂 בֶּן כַּמָּה הָאָח? – ✅ 9 שנים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האח גדול יותר – לכן מוסיפים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6 + 3 = 9 שנים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🦆 כַּנְפֵי הַבַּרְוָזִים – ✅ 8 כנפיים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לכל ברווז 2 כנפיים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4 ברווזים: 2 + 2 + 2 + 2 = 8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או: 4 × 2 = 8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⏰ מִי אֲנִי? – ✅ שעון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"תיק-תק" – הצליל של שעון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מספרים מסביב – כמו על לוח השעון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אומרים "השעון הולך" אף שאין לו רגליים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🐦 צִפּוֹרִים עַל הָעֵץ – ✅ 4 ציפורים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בהתחלה 5 ציפורים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2 עפו: 5 − 2 = 3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1 נחתה: 3 + 1 = 4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🍕 חֲצִי פִּיצָה – ✅ 4 משולשים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חצי = לחלק ל-2 חלקים שווים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8 ÷ 2 = 4 – אכלנו 4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נשארו 8 − 4 = 4 משולשים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🎈 בָּלוֹנִים בַּמְּסִבָּה – ✅ 5 בלונים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חצי מ-10 = 10 ÷ 2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= 5 בלונים כחולים</w:t>
      </w:r>
    </w:p>
    <w:p>
      <w:pPr>
        <w:pStyle w:val="Heading2"/>
        <w:bidi w:val="1"/>
        <w:jc w:val="right"/>
      </w:pPr>
      <w:bookmarkStart w:id="91883" w:name="tkC"/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🔑 מפתח – חלק ג׳: מילה משותפת וגלו את המקום</w:t>
      </w:r>
      <w:bookmarkEnd w:id="9188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fill="F9731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ארבע המילים</w:t>
            </w:r>
          </w:p>
        </w:tc>
        <w:tc>
          <w:tcPr>
            <w:tcW w:type="dxa" w:w="3402"/>
            <w:shd w:val="clear" w:fill="F9731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המילה המשותפת</w:t>
            </w:r>
          </w:p>
        </w:tc>
        <w:tc>
          <w:tcPr>
            <w:tcW w:type="dxa" w:w="3402"/>
            <w:shd w:val="clear" w:fill="F9731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הצירופים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סֵפֶר · חוֹלִים · כְּנֶסֶת · קָפֶה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בַּיִת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בֵּית סֵפֶר, בֵּית חוֹלִים, בֵּית כְּנֶסֶת, בֵּית קָפֶה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יְלָדִים · חַיּוֹת · שַׁעֲשׁוּעִים · פְּרָחִים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גַּן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גַּן יְלָדִים, גַּן חַיּוֹת, גַּן שַׁעֲשׁוּעִים, גַּן פְּרָחִים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תַּפּוּזִים · עֲנָבִים · תַּפּוּחִים · לִימוֹן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מִיץ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מִיץ תַּפּוּזִים, מִיץ עֲנָבִים, מִיץ תַּפּוּחִים, מִיץ לִימוֹן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כּוֹבַע · מִשְׁקְפֵי · קֶרֶם · שְׁקִיעַת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שֶׁמֶשׁ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כּוֹבַע שֶׁמֶשׁ, מִשְׁקְפֵי שֶׁמֶשׁ, קֶרֶם שֶׁמֶשׁ, שְׁקִיעַת שֶׁמֶשׁ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הֻלֶּדֶת · כֵּיף · גָּשׁוּם · חֹפֶשׁ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יוֹם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יוֹם הֻלֶּדֶת, יוֹם כֵּיף, יוֹם גָּשׁוּם, יוֹם חֹפֶשׁ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סַל · פּוֹרֵחַ · שֶׁלֶג · הָאָרֶץ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כַּדּוּר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כַּדּוּרְסַל, כַּדּוּר פּוֹרֵחַ, כַּדּוּר שֶׁלֶג, כַּדּוּר הָאָרֶץ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שׁוֹקוֹלָד · גְּבִינָה · תַּפּוּחִים · גֶּזֶר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עוּגָה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עוּגַת שׁוֹקוֹלָד, עוּגַת גְּבִינָה, עוּגַת תַּפּוּחִים, עוּגַת גֶּזֶר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fill="F9731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רמזים</w:t>
            </w:r>
          </w:p>
        </w:tc>
        <w:tc>
          <w:tcPr>
            <w:tcW w:type="dxa" w:w="3402"/>
            <w:shd w:val="clear" w:fill="F9731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המקום</w:t>
            </w:r>
          </w:p>
        </w:tc>
        <w:tc>
          <w:tcPr>
            <w:tcW w:type="dxa" w:w="3402"/>
            <w:shd w:val="clear" w:fill="F9731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📖 🤫 📚 🧒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סִפְרִיָּה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בַּסִּפְרִיָּה שׁוֹאֲלִים סְפָרִים וְקוֹרְאִים בְּשֶׁקֶט 🤫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🐘 🦒 🦓 🎟️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גַּן חַיּוֹת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בְּגַן הַחַיּוֹת פּוֹגְשִׁים חַיּוֹת מִכָּל הָעוֹלָם 🦒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🌊 🐚 ☀️ 🪣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חוֹף הַיָּם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בְּחוֹף הַיָּם יֵשׁ גַּלִּים, צְדָפִים וְחוֹל 🐚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🔥 🥐 🍞 👩‍🍳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מַאֲפִיָּה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בַּמַּאֲפִיָּה אוֹפִים לֶחֶם, חַלּוֹת וְעוּגוֹת 🥐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🔥 🚒 🧯 👨‍🚒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תַּחֲנַת כִּבּוּי אֵשׁ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בְּתַחֲנַת כִּבּוּי הָאֵשׁ עוֹבְדִים הַכַּבָּאִים וְהַכַּבָּאִיּוֹת 🚒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💧 🧂 🛟 ⬇️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יָם הַמֶּלַח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בְּיָם הַמֶּלַח הַמַּיִם כָּל כָּךְ מְלוּחִים שֶׁאֶפְשָׁר לָצוּף עֲלֵיהֶם 🛟</w:t>
            </w:r>
          </w:p>
        </w:tc>
      </w:tr>
    </w:tbl>
    <w:p>
      <w:pPr>
        <w:pStyle w:val="Heading2"/>
        <w:bidi w:val="1"/>
        <w:jc w:val="right"/>
      </w:pPr>
      <w:bookmarkStart w:id="70768" w:name="tkE"/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🔐 מפתח – חדרי הבריחה</w:t>
      </w:r>
      <w:bookmarkEnd w:id="70768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🥐 הַתַּנּוּר הַנָּעוּל – 🔓 קוד: 458 · ⏳ 6 דק׳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1: 4 עוּגִיּוֹת → 4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2: 5 כִּכָּרוֹת → 5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3: 8 → 8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💡 אוֹר בַּמִּגְדַּלּוֹר – 🔓 קוד: 626 · ⏳ 6 דק׳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1: 6 דָּגִים → 6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2: 2 אוֹתִיּוֹת: י, ם → 2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3: 6 רַגְלַיִם → 6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🌷 הַשַּׁעַר בַּגַּן הַסּוֹדִי – 🔓 קוד: 731 · ⏳ 6 דק׳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1: 7 פְּרָחִים → 7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2: 3 תַּפּוּחִים → 3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3: 1 → 1</w:t>
      </w:r>
    </w:p>
    <w:p>
      <w:pPr>
        <w:pStyle w:val="Heading2"/>
        <w:bidi w:val="1"/>
        <w:jc w:val="right"/>
      </w:pPr>
      <w:bookmarkStart w:id="57857" w:name="tv"/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🔎 לוודא לפני השיעור</w:t>
      </w:r>
      <w:bookmarkEnd w:id="57857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אֵיזֶה פֶּרַח אָדֹם פּוֹרֵחַ בַּחֹרֶף בַּשָּׂדוֹת שֶׁל יִשְׂרָאֵל? – 🌺 כַּלָּנִית</w:t>
      </w:r>
    </w:p>
    <w:p>
      <w:r>
        <w:br w:type="page"/>
      </w:r>
    </w:p>
    <w:p>
      <w:pPr>
        <w:pStyle w:val="Heading1"/>
        <w:bidi w:val="1"/>
        <w:jc w:val="right"/>
      </w:pPr>
      <w:bookmarkStart w:id="29239" w:name="stop"/>
      <w:r>
        <w:rPr>
          <w:rFonts w:ascii="Arial" w:hAnsi="Arial" w:cs="Arial"/>
          <w:b/>
          <w:color w:val="F97316"/>
          <w:sz w:val="40"/>
          <w:rtl w:val="1"/>
          <w:bCs/>
          <w:szCs w:val="40"/>
        </w:rPr>
        <w:t>🧒 דפי התלמיד/ה</w:t>
      </w:r>
      <w:bookmarkEnd w:id="29239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שם: 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ברוכים הבאים לעולם החידות! קראו כל משימה בעיון, חשבו לבד או בזוג, וסמנו או כתבו את התשובה. בהצלחה! 🎯</w:t>
      </w:r>
    </w:p>
    <w:p>
      <w:pPr>
        <w:pStyle w:val="Heading2"/>
        <w:bidi w:val="1"/>
        <w:jc w:val="right"/>
      </w:pPr>
      <w:bookmarkStart w:id="33970" w:name="sA"/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חלק א׳ – 🇮🇱 ששי ישראלי</w:t>
      </w:r>
      <w:bookmarkEnd w:id="33970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בכל שאלה הקיפו בעיגול את התשובה הנכונה.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1. 🇮🇱 מָה הַצְּבָעִים שֶׁל דֶּגֶל יִשְׂרָאֵל?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🟡 צָהֹב וְשָׁחֹר   ◯ 🔴 אָדֹם וְיָרֹק   ◯ 🔵 כָּחֹל וְלָבָן   ◯ 🟣 סָגֹל וְכָתֹם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2. 🍯 אֵיזֶה פְּרִי טוֹבְלִים בִּדְבַשׁ בְּרֹאשׁ הַשָּׁנָה?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🍎 תַּפּוּחַ   ◯ 🍇 עֲנָבִים   ◯ 🍌 בָּנָנָה   ◯ 🍉 אֲבַטִּיחַ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3. 🕎 בְּאֵיזֶה חַג מַדְלִיקִים נֵרוֹת בַּחֲנֻכִּיָּה?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שָׁבוּעוֹת   ◯ חֲנֻכָּה   ◯ פּוּרִים   ◯ פֶּסַח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4. 🐠 אֵיזֶה יָם נִמְצָא לְיַד הָעִיר אֵילַת?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⛵ הַיָּם הַתִּיכוֹן   ◯ 🧂 יַם הַמֶּלַח   ◯ 🐠 הַיָּם הָאָדֹם   ◯ 🐟 הַכִּנֶּרֶת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5. 🎭 בְּאֵיזֶה חַג מִתְחַפְּשִׂים?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🕎 חֲנֻכָּה   ◯ 🎭 פּוּרִים   ◯ 🍎 רֹאשׁ הַשָּׁנָה   ◯ 🛖 סֻכּוֹת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6. 🫓 מָה אוֹכְלִים בְּפֶסַח בִּמְקוֹם לֶחֶם?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🫓 מַצָּה   ◯ 🍰 עוּגָה   ◯ 🥐 קְרוּאָסוֹן   ◯ 🥯 לַחְמָנִיָּה</w:t>
      </w:r>
    </w:p>
    <w:p>
      <w:pPr>
        <w:pStyle w:val="Heading2"/>
        <w:bidi w:val="1"/>
        <w:jc w:val="right"/>
      </w:pPr>
      <w:bookmarkStart w:id="83695" w:name="sB"/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חלק ב׳ – 🔢 חידה בקטנה</w:t>
      </w:r>
      <w:bookmarkEnd w:id="83695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קראו את החידה שבתיבה, כתבו את דרך הפתרון ואת התשובה.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🐔 רַגְלַיִם בֶּחָצֵר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בֶּחָצֵר יֵשׁ 2 תַּרְנְגוֹלוֹת וְכֶלֶב אֶחָד. כַּמָּה רַגְלַיִם יֵשׁ לָהֶם בְּיַחַד?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🐸 קְפִיצוֹת שֶׁל צְפַרְדֵּעַ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הַצְּפַרְדֵּעַ קוֹפֶצֶת: 2, 4, 6, 8... לְאֵיזֶה מִסְפָּר הִיא תִּקְפֹּץ עַכְשָׁו?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🎂 בֶּן כַּמָּה הָאָח?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נוֹגָה בַּת 6. הָאָח שֶׁלָּהּ גָּדוֹל מִמֶּנָּה בְּ-3 שָׁנִים. בֶּן כַּמָּה הָאָח?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🍕 חֲצִי פִּיצָה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פִּיצָה חֲתוּכָה לְ-8 מְשֻׁלָּשִׁים. אָכַלְנוּ חֲצִי מֵהַפִּיצָה. כַּמָּה מְשֻׁלָּשִׁים נִשְׁאֲרוּ?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pStyle w:val="Heading2"/>
        <w:bidi w:val="1"/>
        <w:jc w:val="right"/>
      </w:pPr>
      <w:bookmarkStart w:id="24386" w:name="sC"/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חלק ג׳ – 🧩 מילה משותפת ו📍 גלו את המקום</w:t>
      </w:r>
      <w:bookmarkEnd w:id="24386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מצאו את המילה שמתחברת לכל ארבע המילים, וכתבו אותה בשורה. אחר כך גלו את המקום לפי הרמזים.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📚 סֵפֶר · 🏥 חוֹלִים · 🕍 כְּנֶסֶת · ☕ קָפֶה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🧒 יְלָדִים · 🦁 חַיּוֹת · 🎠 שַׁעֲשׁוּעִים · 🌷 פְּרָחִים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🍊 תַּפּוּזִים · 🍇 עֲנָבִים · 🍎 תַּפּוּחִים · 🍋 לִימוֹן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👒 כּוֹבַע · 🕶️ מִשְׁקְפֵי · 🧴 קֶרֶם · 🌅 שְׁקִיעַת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📖 🤫 📚 🧒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שׁוֹאֲלִים שָׁם סְפָרִים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🐘 🦒 🦓 🎟️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רוֹאִים שָׁם פִּילִים וְגִ'ירָפוֹת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🌊 🐚 ☀️ 🪣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בּוֹנִים שָׁם אַרְמוֹן מֵחוֹל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🔥 🥐 🍞 👩‍🍳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אוֹפִים שָׁם לֶחֶם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</w:t>
            </w:r>
          </w:p>
        </w:tc>
      </w:tr>
    </w:tbl>
    <w:p>
      <w:pPr>
        <w:pStyle w:val="Heading2"/>
        <w:bidi w:val="1"/>
        <w:jc w:val="right"/>
      </w:pPr>
      <w:bookmarkStart w:id="24758" w:name="sE"/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🔐 חדר בריחה על הדף: הַתַּנּוּר הַנָּעוּל</w:t>
      </w:r>
      <w:bookmarkEnd w:id="24758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🥐 מַאֲפִיָּה קְטַנָּה בַּבֹּקֶר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בַּמַּאֲפִיָּה יֵשׁ תַּנּוּר גָּדוֹל. אֲבָל הַתַּנּוּר נָעוּל! 🔒 הָאוֹפָה שָׁכְחָה אֶת הַקּוֹד. בּוֹאוּ נַעֲזֹר לָהּ!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1: עַל הַשֻּׁלְחָן יֵשׁ צַלַּחַת עִם עוּגִיּוֹת: 🍪🍪🍪🍪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כַּמָּה עוּגִיּוֹת יֵשׁ? הַמִּסְפָּר הוּא הַסִּפְרָה הָרִאשׁוֹנָה.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2: בַּסַּל יֵשׁ 2 כִּכָּרוֹת לֶחֶם 🍞🍞. הָאוֹפָה שָׂמָה עוֹד 3 🍞🍞🍞.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כַּמָּה כִּכָּרוֹת יֵשׁ עַכְשָׁו בַּסַּל? זוֹ הַסִּפְרָה הַשְּׁנִיָּה.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3: עַל דֶּלֶת הַתַּנּוּר יֵשׁ מִסְפָּרִים: 2, 4, 6, 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אֵיזֶה מִסְפָּר בָּא אַחֲרֵי 6? (קוֹפְצִים כָּל פַּעַם 2) זוֹ הַסִּפְרָה הָאַחֲרוֹנָה.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 xml:space="preserve">🔒 הקוד שלנו:   ▢   ▢   ▢ </w:t>
      </w:r>
    </w:p>
    <w:p>
      <w:pPr>
        <w:pStyle w:val="Heading2"/>
        <w:bidi w:val="1"/>
        <w:jc w:val="right"/>
      </w:pPr>
      <w:bookmarkStart w:id="7863" w:name="sW"/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✍️ חידה משלי</w:t>
      </w:r>
      <w:bookmarkEnd w:id="7863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כתבו חידה, שאלת טריוויה או סט 'מילה משותפת' משלכם – והחליפו עם חבר/ה.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666666"/>
          <w:sz w:val="22"/>
          <w:rtl w:val="1"/>
          <w:szCs w:val="22"/>
        </w:rPr>
        <w:t>✂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🎫 כרטיס יציאה    שם: 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1. איזה משחק אהבתי? 🙂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2. צַיְּרוּ אֶת הַחִידָה שֶׁהֲכִי אֲהַבְתֶּם: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חידות וטריוויה – חוברת מלאה (מורה + תלמיד) – א׳–ב׳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חידות וטריוויה – חוברת מלאה (מורה + תלמיד) – א׳–ב׳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